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color w:val="000000"/>
          <w:sz w:val="24"/>
        </w:rPr>
        <w:t>Table of Contents Example</w:t>
      </w:r>
    </w:p>
    <w:p/>
    <w:p/>
    <w:p/>
    <w:p/>
    <w:p>
      <w:pPr>
        <w:jc w:val="center"/>
      </w:pPr>
      <w:r>
        <w:rPr>
          <w:rFonts w:ascii="Times New Roman" w:hAnsi="Times New Roman"/>
          <w:color w:val="000000"/>
          <w:sz w:val="24"/>
        </w:rPr>
        <w:t>A. Student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Formatly University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RCS 101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Dr. M. Editor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July 2026</w:t>
      </w:r>
    </w:p>
    <w:p>
      <w:r>
        <w:br w:type="page"/>
      </w:r>
    </w:p>
    <w:p>
      <w:fldSimple w:instr="TOC \o &quot;1-2&quot; \h \z \u"/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How To Update a Table of Contents in Word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This sample includes a live table of contents field that has not been updated yet. Users should open the document in Word and refresh the field so page numbers and headings populate automatically.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Introduction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paper is intentionally short so the table of contents updates quickly. That helps readers see exactly how the Word field behaves when the document is edited.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Sample Section One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This section gives Word enough heading structure to produce a useful table of contents once the field is updated.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Sample Section Two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A second heading ensures the generated TOC has multiple entries and page references.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Works Cited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Microsoft Support. 'Insert a table of contents.' Microsoft 2026.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color w:val="000000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