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How to Format an APA Title Page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Student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Institution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Course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Instructor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July 22, 2026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sample shows the centered title-page structure used in APA 7th edition student papers.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