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References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Formatly Editorial Team. (2026, July 22). How to format a reference list in APA 7th edition. Formatly. https://formatlyapp.com/blog/how-to-format-reference-list-apa-7th-edition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Parker, E. (2025). Academic writing made clear. Northbridge Press.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Smith, J., &amp; Lee, R. (2026). Citation precision in student writing. Journal of Academic Practice, 14(2), 18-31.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