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480" w:lineRule="auto"/>
        <w:ind w:firstLine="0" w:left="0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Student Name</w:t>
      </w:r>
    </w:p>
    <w:p>
      <w:pPr>
        <w:spacing w:after="0" w:before="0" w:line="480" w:lineRule="auto"/>
        <w:ind w:firstLine="0" w:left="0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Institution Name</w:t>
      </w:r>
    </w:p>
    <w:p>
      <w:pPr>
        <w:spacing w:after="0" w:before="0" w:line="480" w:lineRule="auto"/>
        <w:ind w:firstLine="0" w:left="0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Course Name</w:t>
      </w:r>
    </w:p>
    <w:p>
      <w:pPr>
        <w:spacing w:after="0" w:before="0" w:line="480" w:lineRule="auto"/>
        <w:ind w:firstLine="0" w:left="0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Instructor Name</w:t>
      </w:r>
    </w:p>
    <w:p>
      <w:pPr>
        <w:spacing w:after="0" w:before="0" w:line="480" w:lineRule="auto"/>
        <w:ind w:firstLine="0" w:left="0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July 22, 2026</w:t>
      </w:r>
    </w:p>
    <w:p>
      <w:r>
        <w:br w:type="page"/>
      </w:r>
    </w:p>
    <w:p>
      <w:pPr>
        <w:spacing w:after="0" w:before="0" w:line="480" w:lineRule="auto"/>
        <w:ind w:firstLine="0" w:left="0"/>
        <w:jc w:val="center"/>
      </w:pPr>
      <w:r>
        <w:rPr>
          <w:rFonts w:ascii="Times New Roman" w:hAnsi="Times New Roman" w:eastAsia="Times New Roman"/>
          <w:b/>
          <w:i w:val="0"/>
          <w:sz w:val="32"/>
        </w:rPr>
        <w:t>Abstract</w:t>
      </w:r>
    </w:p>
    <w:p>
      <w:pPr>
        <w:spacing w:after="0" w:before="0" w:line="480" w:lineRule="auto"/>
        <w:ind w:firstLine="0" w:left="0"/>
      </w:pPr>
      <w:r>
        <w:rPr>
          <w:rFonts w:ascii="Times New Roman" w:hAnsi="Times New Roman" w:eastAsia="Times New Roman"/>
          <w:b w:val="0"/>
          <w:i w:val="0"/>
          <w:sz w:val="24"/>
        </w:rPr>
        <w:t>This sample abstract demonstrates the APA 7th edition abstract page format. A correct abstract appears on its own page, uses a centered bold heading, and summarizes the paper in one concise paragraph without indentation.</w:t>
      </w:r>
    </w:p>
    <w:p>
      <w:pPr>
        <w:spacing w:after="0" w:before="0" w:line="480" w:lineRule="auto"/>
        <w:ind w:firstLine="0" w:left="0"/>
      </w:pPr>
      <w:r>
        <w:rPr>
          <w:rFonts w:ascii="Times New Roman" w:hAnsi="Times New Roman" w:eastAsia="Times New Roman"/>
          <w:b w:val="0"/>
          <w:i w:val="0"/>
          <w:sz w:val="24"/>
        </w:rPr>
        <w:t>The educational goal is to show how an abstract explains the paper topic, the formatting expectations, and the main takeaway while staying within the word count and avoiding unnecessary detail.</w:t>
      </w:r>
    </w:p>
    <w:p>
      <w:pPr>
        <w:spacing w:after="0" w:before="0" w:line="480" w:lineRule="auto"/>
        <w:ind w:firstLine="0" w:left="720"/>
      </w:pPr>
      <w:r>
        <w:rPr>
          <w:rFonts w:ascii="Times New Roman" w:hAnsi="Times New Roman" w:eastAsia="Times New Roman"/>
          <w:b w:val="0"/>
          <w:i/>
          <w:sz w:val="24"/>
        </w:rPr>
        <w:t xml:space="preserve">Keywords: </w:t>
      </w:r>
      <w:r>
        <w:rPr>
          <w:rFonts w:ascii="Times New Roman" w:hAnsi="Times New Roman" w:eastAsia="Times New Roman"/>
          <w:b w:val="0"/>
          <w:i w:val="0"/>
          <w:sz w:val="24"/>
        </w:rPr>
        <w:t>formatting, abstract page, APA 7th edition, student paper, keywords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